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A clean invoice you can use for any kind of work.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Qty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Thank you for your business.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Please quote the invoice number with your payment.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invoice template</dc:title>
  <dc:subject/>
  <dc:creator>UENI</dc:creator>
  <cp:keywords/>
  <dc:description>A clean invoice you can use for any kind of work.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